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את הידע על חודש כסליו וסיפור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משורשי א-ו-ר וח-נ-ך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 ולדון בערכי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כסליו הוא חודש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נר הוא מושג מרכזי בחג האור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משפחות מילים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(שורש א-ו-ר)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(שורש א-ו-ר)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(שורש ח-נ-ך)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(שורש ח-נ-ך)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גוזרים גזירות נגד שמירת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 ובניו מתחילים במרד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מנצחים במלחמה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היהודים מטהרים את 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מן המקורות ופינת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לבדוק שהתלמיד מסביר את הניגוד בין אור לחושך כסמל לתקווה מול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תקינות מהשורש (למשל אורה, מאור, תאורה)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קידוש/התחלה/חינוך כמשמעות משותפת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ערך רלוונטי לחג (אור, נס, אומץ, תקווה, ערבות הדדית) עם דוגמה אישית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ההבדל בין מנהגי קהילות שונות לפני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השורשים ללוח מילות החודש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 כדי לעודד שיתוף מנהגים אישיים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חודש כסליו הוא חודש החורף שבו חל חג החנוכה. בדף זה נתרגל את מילות החודש, שורשים, מקורות עתיקים וערכים הקשורים לחג, וגם נכיר מנהגים מקהילות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אורה  ·  תאורה  ·  מאור  ·  חניכה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הוביל את המרד ביוונים?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כסליו הוא חודש בתחילת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נר שייכת למילת החודש של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משפחות מילים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כשמדליקים אור בחדר חשוך, החדר מתמלא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מתקן שמדליק את הרחוב בלילה נקרא מתקן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כוכב שמאיר בשמיים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כשתלמיד חדש מתחיל ללמוד במסגרת, קוראים לתהליך הזה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שורש א-ו-ר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חניכה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שורש א-ו-ר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מנצחים במלחמה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גוזרים גזירות נגד שמירת המצוות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היהודים מטהרים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מתתיהו ובניו מתחילים במרד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מן המקורות ופינת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הרעיון שבמקורות היהודיים אור מסמל תקווה וטוב, בעוד חושך מסמל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מהשורש א-ו-ר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במשפט אחד מה הקשר בין המילה חנוכה למילה חינוך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