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להעמיק את הידע על חודש כסליו וסיפור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משורשי א-ו-ר וח-נ-ך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בקהילות שונות ולדון בערכי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שמן שהספיק לשמונה ימים במקום ליום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כסליו-טבת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חינוך וקידוש מחודש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כסליו הוא חודש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נר הוא מושג מרכזי בחג האור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בלוח העונות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הבדלים במנהגים בין 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מהשורש ח-נ-ך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משפחות מילים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חנוכת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(שורש א-ו-ר)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(שורש א-ו-ר)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(שורש ח-נ-ך)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(שורש ח-נ-ך)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(מילת החודש 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(שורש ח-נ-ך)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גוזרים גזירות נגד שמירת המצוות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מתתיהו ובניו מתחילים במרד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מנצחים במלחמה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היהודים מטהרים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מוצאים פך שמן קטן וטהור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מדליקים מחדש את המנורה בבית המקדש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מן המקורות ופינת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חופשית; לבדוק שהתלמיד מסביר את הניגוד בין אור לחושך כסמל לתקווה מול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חופשית; לבדוק קשר הגיוני בין הערך לסיפור או למנהגי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תקינות מהשורש (למשל אורה, מאור, תאורה)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שמזכיר קידוש/התחלה/חינוך כמשמעות משותפת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ערך רלוונטי לחג (אור, נס, אומץ, תקווה, ערבות הדדית) עם דוגמה אישית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ההבדל בין מנהגי קהילות שונות לפני 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השורשים ללוח מילות החודש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לעבודה בזוגות כדי לעודד שיתוף מנהגים אישיים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כסליו הוא חודש בחורף. בחודש הזה חוגגים חנוכה. נלמד מילים, שורשים וערכים הקשורים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שלישי בשנה העברית,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שמונה ימים לזכר ניצחון המכבים וחנוכת המקדש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שהובילה את המרד ביוונים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 פך השמן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על שמן שהספיק לשמונה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 ומלקוש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לגשמים הראשונים והאחרונים בעונה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הבנות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מסורת שחל בראש חודש טבת אצל חלק מהקהילות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חנוכת הבית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פתיחה וקידוש של מקום חדש, מאותו שורש כמו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של אנשים זה לזה בקהילה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מזל שייך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נלחם ביוונים בסיפור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עם השמן בסיפור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שמן שהספיק ליום אחד נשרף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שמן שהספיק לשמונה ימים במקום ליום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שמן שהפך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נס עם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חל חג הבנות?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כסליו-טבת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הקשר בין חנוכה לחינוך?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 וקידוש מחודש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כסליו הוא חודש בתחילת הקיץ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נר שייכת למילת החודש של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היורה הוא הגשם הראשון של העונה והמלקוש הוא הגשם האחרון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היהודיות מדליקים חנוכייה באותו אופן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חנוכת הבית קשורה מבחינת השורש למילה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משפחות מילים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כשמדליקים אור בחדר חשוך, החדר מתמלא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מתקן שמדליק את הרחוב בלילה נקרא מתקן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כוכב שמאיר בשמיים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כשתלמיד חדש מתחיל ללמוד במסגרת, קוראים לתהליך הזה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כשאדם מלמד ומכשיר ילדים לחיים, זהו תהליך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כשחונכים מבנה חדש בטקס חגיגי, זו __________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מילת החודש 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שורש א-ו-ר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שורש ח-נ-ך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שורש ח-נ-ך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שורש ח-נ-ך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חנוכת 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שורש א-ו-ר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מתתיהו ובניו מתחילים במרד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גוזרים גזירות נגד שמירת המצוות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מחדש את המנורה בבית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פך שמן קטן וטהור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מנצחים במלחמה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מטהרים את בית המקדש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מן המקורות ופינת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הרעיון שבמקורות היהודיים אור מסמל תקווה וטוב, בעוד חושך מסמל קושי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מהערכים: אור, תקווה, נס, אומץ, ערבות הדדית, וכתבו משפט שמסביר איך הוא קשור לחג החנוכה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מהשורש א-ו-ר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במשפט אחד מה הקשר בין המילה חנוכה למילה חינוך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ערך אחד הקשור לחג וכתבו דוגמה אישית הקשורה אליו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