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להעמיק את הידע על חודש כסליו וסיפור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משפחות מילים משורשי א-ו-ר וח-נ-ך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מנהגי חנוכה בקהילות שונות ולדון בערכי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שמונה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המכבים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שמן שהספיק לשמונה ימים במקום ליום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כסליו-טבת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חינוך וקידוש מחודש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כסליו הוא חודש חורף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נר הוא מושג מרכזי בחג האור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מוגדר בלוח העונות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הבדלים במנהגים בין קהילות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שתיהן מהשורש ח-נ-ך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משפחות מילים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תאורה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חניכה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חינוך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חנוכת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מילים לשורש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(שורש א-ו-ר)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(שורש א-ו-ר)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ו (שורש ח-נ-ך)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(שורש ח-נ-ך)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(מילת החודש נר)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(שורש ח-נ-ך)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האירועים בסיפור חנוכה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היוונים גוזרים גזירות נגד שמירת המצוות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מתתיהו ובניו מתחילים במרד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המכבים מנצחים במלחמה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היהודים מטהרים את בית המקדש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מוצאים פך שמן קטן וטהור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מדליקים מחדש את המנורה בבית המקדש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מן המקורות ופינת הערכים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חופשית; לבדוק שהתלמיד מסביר את הניגוד בין אור לחושך כסמל לתקווה מול 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חופשית; לבדוק קשר הגיוני בין הערך לסיפור או למנהגי החג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שתי מילים תקינות מהשורש (למשל אורה, מאור, תאורה)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שמזכיר קידוש/התחלה/חינוך כמשמעות משותפת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ערך רלוונטי לחג (אור, נס, אומץ, תקווה, ערבות הדדית) עם דוגמה אישית סבירה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בדיון קצר על ההבדל בין מנהגי קהילות שונות לפני חלק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חלק השורשים ללוח מילות החודש כדי לחזק את הזיכרון החזותי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הכתיבה הפתוחה מתאימה לעבודה בזוגות כדי לעודד שיתוף מנהגים אישיים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🕎 לוח קיר לחודש כסליו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 כסליו וחג החנוכה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חודש כסליו הוא חודש החורף שבו חל חג החנוכה. בדף זה נתרגל את מילות החודש, שורשים, מקורות עתיקים וערכים הקשורים לחג, וגם נכיר מנהגים מקהילות שונות.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המזל של חודש כסליו?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עקרב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ימים נמשך חג החנוכה?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הוביל את המרד ביוונים?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דוד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יהושע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היה הנס המרכזי בסיפור פך השמן?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שמן שהספיק ליום אחד נשרף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שמן שהספיק לשמונה ימים במקום ליום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שמן שהפך למים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היה נס עם שמן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באיזה חודש חל חג הבנות בקהילות מסוימות?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כסליו-טבת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המשמעות של השורש ח-נ-ך במילה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חינוך וקידוש מחודש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מלחמה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כסליו הוא חודש בתחילת הקיץ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נר שייכת למילת החודש של 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היורה הוא הגשם הראשון של העונה והמלקוש הוא הגשם האחרון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הקהילות היהודיות מדליקים חנוכייה באותו אופן בדיוק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חנוכת הבית קשורה מבחינת השורש למילה חנוכה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משפחות מילים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כשמדליקים אור בחדר חשוך, החדר מתמלא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מתקן שמדליק את הרחוב בלילה נקרא מתקן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כוכב שמאיר בשמיים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כשתלמיד חדש מתחיל ללמוד במסגרת, קוראים לתהליך הזה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כשאדם מלמד ומכשיר ילדים לחיים, זהו תהליך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כשחונכים מבנה חדש בטקס חגיגי, זו __________ הבית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מילים לשורש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מילת החודש נר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תאורה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שורש ח-נ-ך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חינוך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שורש א-ו-ר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חניכה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שורש א-ו-ר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שורש ח-נ-ך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חנוכת הבית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שורש ח-נ-ך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האירועים בסיפור חנוכה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מדליקים מחדש את המנורה בבית המקדש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המכבים מנצחים במלחמה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היהודים מטהרים את בית המקדש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מוצאים פך שמן קטן וטהור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היוונים גוזרים גזירות נגד שמירת המצוות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מתתיהו ובניו מתחילים במרד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מן המקורות ופינת הערכים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את הרעיון שבמקורות היהודיים אור מסמל תקווה וטוב, בעוד חושך מסמל קושי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אחד מהערכים: אור, תקווה, נס, אומץ, ערבות הדדית, וכתבו משפט שמסביר איך הוא קשור לחג החנוכה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מהשורש א-ו-ר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במשפט אחד מה הקשר בין המילה חנוכה למילה חינוך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ערך אחד הקשור לחג וכתבו דוגמה אישית הקשורה אליו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 כסליו וחג החנוכה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